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032D60"/>
          <w:sz w:val="28"/>
        </w:rPr>
        <w:t>PESQUISA DE SATISFAÇÃO INTERNA</w:t>
      </w:r>
    </w:p>
    <w:p>
      <w:pPr>
        <w:spacing w:before="80" w:after="160"/>
      </w:pPr>
      <w:r>
        <w:rPr>
          <w:rFonts w:ascii="Arial" w:hAnsi="Arial" w:eastAsia="Arial"/>
          <w:b w:val="0"/>
          <w:i w:val="0"/>
          <w:color w:val="474747"/>
          <w:sz w:val="18"/>
        </w:rPr>
        <w:t>Queremos saber como é trabalhar aqui. Responda com sinceridade: o resultado é lido por grupo, e o que for dito vira devolutiva e ação. Leva de 10 a 12 minutos. Quem gerencia uma unidade responde também o bloco 7.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293"/>
        <w:gridCol w:w="2109"/>
        <w:gridCol w:w="1293"/>
        <w:gridCol w:w="2109"/>
        <w:gridCol w:w="1293"/>
        <w:gridCol w:w="2109"/>
      </w:tblGrid>
      <w:tr>
        <w:trPr>
          <w:trHeight w:val="397" w:hRule="atLeast"/>
        </w:trPr>
        <w:tc>
          <w:tcPr>
            <w:tcW w:type="dxa" w:w="1293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Unidade</w:t>
            </w:r>
          </w:p>
        </w:tc>
        <w:tc>
          <w:tcPr>
            <w:tcW w:type="dxa" w:w="2109"/>
          </w:tcPr>
          <w:p/>
        </w:tc>
        <w:tc>
          <w:tcPr>
            <w:tcW w:type="dxa" w:w="1293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Cargo</w:t>
            </w:r>
          </w:p>
        </w:tc>
        <w:tc>
          <w:tcPr>
            <w:tcW w:type="dxa" w:w="2109"/>
          </w:tcPr>
          <w:p/>
        </w:tc>
        <w:tc>
          <w:tcPr>
            <w:tcW w:type="dxa" w:w="1293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Data</w:t>
            </w:r>
          </w:p>
        </w:tc>
        <w:tc>
          <w:tcPr>
            <w:tcW w:type="dxa" w:w="2109"/>
          </w:tcPr>
          <w:p/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1: ENPS E VÍNCULO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1. </w:t>
      </w:r>
      <w:r>
        <w:rPr>
          <w:rFonts w:ascii="Arial" w:hAnsi="Arial" w:eastAsia="Arial"/>
          <w:b/>
          <w:i w:val="0"/>
          <w:color w:val="032D60"/>
          <w:sz w:val="19"/>
        </w:rPr>
        <w:t>Em uma escala de 0 a 10, o quanto você recomendaria esta empresa como lugar para trabalhar a um amigo ou familiar?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397" w:hRule="atLeast"/>
        </w:trPr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2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4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5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6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7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8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9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10</w:t>
            </w:r>
          </w:p>
        </w:tc>
      </w:tr>
    </w:tbl>
    <w:p>
      <w:r>
        <w:rPr>
          <w:rFonts w:ascii="Arial" w:hAnsi="Arial" w:eastAsia="Arial"/>
          <w:b w:val="0"/>
          <w:i/>
          <w:color w:val="474747"/>
          <w:sz w:val="15"/>
        </w:rPr>
        <w:t>0 = nada provável     10 = muito provável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2. </w:t>
      </w:r>
      <w:r>
        <w:rPr>
          <w:rFonts w:ascii="Arial" w:hAnsi="Arial" w:eastAsia="Arial"/>
          <w:b/>
          <w:i w:val="0"/>
          <w:color w:val="032D60"/>
          <w:sz w:val="19"/>
        </w:rPr>
        <w:t>O que mais pesou na sua nota?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3. </w:t>
      </w:r>
      <w:r>
        <w:rPr>
          <w:rFonts w:ascii="Arial" w:hAnsi="Arial" w:eastAsia="Arial"/>
          <w:b/>
          <w:i w:val="0"/>
          <w:color w:val="032D60"/>
          <w:sz w:val="19"/>
        </w:rPr>
        <w:t>Pretendo continuar trabalhando aqui nos próximos 12 meses.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4. </w:t>
      </w:r>
      <w:r>
        <w:rPr>
          <w:rFonts w:ascii="Arial" w:hAnsi="Arial" w:eastAsia="Arial"/>
          <w:b/>
          <w:i w:val="0"/>
          <w:color w:val="032D60"/>
          <w:sz w:val="19"/>
        </w:rPr>
        <w:t>Tenho orgulho de dizer onde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5. </w:t>
      </w:r>
      <w:r>
        <w:rPr>
          <w:rFonts w:ascii="Arial" w:hAnsi="Arial" w:eastAsia="Arial"/>
          <w:b/>
          <w:i w:val="0"/>
          <w:color w:val="032D60"/>
          <w:sz w:val="19"/>
        </w:rPr>
        <w:t>Eu recomendaria os produtos ou serviços da empresa a um amigo, como cliente.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2: SUPORTE DA MATRIZ À UNIDADE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6. </w:t>
      </w:r>
      <w:r>
        <w:rPr>
          <w:rFonts w:ascii="Arial" w:hAnsi="Arial" w:eastAsia="Arial"/>
          <w:b/>
          <w:i w:val="0"/>
          <w:color w:val="032D60"/>
          <w:sz w:val="19"/>
        </w:rPr>
        <w:t>Quando abro um chamado para a matriz, recebo retorno no prazo combinado.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7. </w:t>
      </w:r>
      <w:r>
        <w:rPr>
          <w:rFonts w:ascii="Arial" w:hAnsi="Arial" w:eastAsia="Arial"/>
          <w:b/>
          <w:i w:val="0"/>
          <w:color w:val="032D60"/>
          <w:sz w:val="19"/>
        </w:rPr>
        <w:t>As respostas que recebo resolvem o problema, e não só o chamado.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8. </w:t>
      </w:r>
      <w:r>
        <w:rPr>
          <w:rFonts w:ascii="Arial" w:hAnsi="Arial" w:eastAsia="Arial"/>
          <w:b/>
          <w:i w:val="0"/>
          <w:color w:val="032D60"/>
          <w:sz w:val="19"/>
        </w:rPr>
        <w:t>Sei a quem recorrer para cada tipo de assunto.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9. </w:t>
      </w:r>
      <w:r>
        <w:rPr>
          <w:rFonts w:ascii="Arial" w:hAnsi="Arial" w:eastAsia="Arial"/>
          <w:b/>
          <w:i w:val="0"/>
          <w:color w:val="032D60"/>
          <w:sz w:val="19"/>
        </w:rPr>
        <w:t>O supervisor ou consultor que atende minha unidade conhece a nossa realidade.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10. </w:t>
      </w:r>
      <w:r>
        <w:rPr>
          <w:rFonts w:ascii="Arial" w:hAnsi="Arial" w:eastAsia="Arial"/>
          <w:b/>
          <w:i w:val="0"/>
          <w:color w:val="032D60"/>
          <w:sz w:val="19"/>
        </w:rPr>
        <w:t>A visita do supervisor ajuda a unidade a melhorar.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11. </w:t>
      </w:r>
      <w:r>
        <w:rPr>
          <w:rFonts w:ascii="Arial" w:hAnsi="Arial" w:eastAsia="Arial"/>
          <w:b/>
          <w:i w:val="0"/>
          <w:color w:val="032D60"/>
          <w:sz w:val="19"/>
        </w:rPr>
        <w:t>Os pedidos de material e de manutenção chegam no prazo e certos.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3: COMUNICAÇÃO E PROCESSOS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12. </w:t>
      </w:r>
      <w:r>
        <w:rPr>
          <w:rFonts w:ascii="Arial" w:hAnsi="Arial" w:eastAsia="Arial"/>
          <w:b/>
          <w:i w:val="0"/>
          <w:color w:val="032D60"/>
          <w:sz w:val="19"/>
        </w:rPr>
        <w:t>Sei o que a empresa espera de mim e da minha unidade.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13. </w:t>
      </w:r>
      <w:r>
        <w:rPr>
          <w:rFonts w:ascii="Arial" w:hAnsi="Arial" w:eastAsia="Arial"/>
          <w:b/>
          <w:i w:val="0"/>
          <w:color w:val="032D60"/>
          <w:sz w:val="19"/>
        </w:rPr>
        <w:t>Fico sabendo das mudanças antes de elas acontecerem.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14. </w:t>
      </w:r>
      <w:r>
        <w:rPr>
          <w:rFonts w:ascii="Arial" w:hAnsi="Arial" w:eastAsia="Arial"/>
          <w:b/>
          <w:i w:val="0"/>
          <w:color w:val="032D60"/>
          <w:sz w:val="19"/>
        </w:rPr>
        <w:t>Os procedimentos que sigo são claros e fazem sentido no dia a dia.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15. </w:t>
      </w:r>
      <w:r>
        <w:rPr>
          <w:rFonts w:ascii="Arial" w:hAnsi="Arial" w:eastAsia="Arial"/>
          <w:b/>
          <w:i w:val="0"/>
          <w:color w:val="032D60"/>
          <w:sz w:val="19"/>
        </w:rPr>
        <w:t>Os sistemas que uso funcionam e me poupam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16. </w:t>
      </w:r>
      <w:r>
        <w:rPr>
          <w:rFonts w:ascii="Arial" w:hAnsi="Arial" w:eastAsia="Arial"/>
          <w:b/>
          <w:i w:val="0"/>
          <w:color w:val="032D60"/>
          <w:sz w:val="19"/>
        </w:rPr>
        <w:t>Quando dou uma sugestão ou aponto um problema, alguém responde.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4: CONDIÇÕES DE TRABALHO NA UNIDADE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17. </w:t>
      </w:r>
      <w:r>
        <w:rPr>
          <w:rFonts w:ascii="Arial" w:hAnsi="Arial" w:eastAsia="Arial"/>
          <w:b/>
          <w:i w:val="0"/>
          <w:color w:val="032D60"/>
          <w:sz w:val="19"/>
        </w:rPr>
        <w:t>Tenho os equipamentos e as ferramentas de que preciso para trabalhar bem.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18. </w:t>
      </w:r>
      <w:r>
        <w:rPr>
          <w:rFonts w:ascii="Arial" w:hAnsi="Arial" w:eastAsia="Arial"/>
          <w:b/>
          <w:i w:val="0"/>
          <w:color w:val="032D60"/>
          <w:sz w:val="19"/>
        </w:rPr>
        <w:t>Minha escala é cumprida e comunicada com antecedência.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19. </w:t>
      </w:r>
      <w:r>
        <w:rPr>
          <w:rFonts w:ascii="Arial" w:hAnsi="Arial" w:eastAsia="Arial"/>
          <w:b/>
          <w:i w:val="0"/>
          <w:color w:val="032D60"/>
          <w:sz w:val="19"/>
        </w:rPr>
        <w:t>O volume de trabalho é distribuído de forma justa na equipe.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20. </w:t>
      </w:r>
      <w:r>
        <w:rPr>
          <w:rFonts w:ascii="Arial" w:hAnsi="Arial" w:eastAsia="Arial"/>
          <w:b/>
          <w:i w:val="0"/>
          <w:color w:val="032D60"/>
          <w:sz w:val="19"/>
        </w:rPr>
        <w:t>Meu ambiente de trabalho é seguro e limpo.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21. </w:t>
      </w:r>
      <w:r>
        <w:rPr>
          <w:rFonts w:ascii="Arial" w:hAnsi="Arial" w:eastAsia="Arial"/>
          <w:b/>
          <w:i w:val="0"/>
          <w:color w:val="032D60"/>
          <w:sz w:val="19"/>
        </w:rPr>
        <w:t>Consigo fazer pausas e refeições no horário previsto.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5: GESTOR IMEDIATO E RECONHECIMENTO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22. </w:t>
      </w:r>
      <w:r>
        <w:rPr>
          <w:rFonts w:ascii="Arial" w:hAnsi="Arial" w:eastAsia="Arial"/>
          <w:b/>
          <w:i w:val="0"/>
          <w:color w:val="032D60"/>
          <w:sz w:val="19"/>
        </w:rPr>
        <w:t>Meu gestor me dá retorno claro sobre o meu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23. </w:t>
      </w:r>
      <w:r>
        <w:rPr>
          <w:rFonts w:ascii="Arial" w:hAnsi="Arial" w:eastAsia="Arial"/>
          <w:b/>
          <w:i w:val="0"/>
          <w:color w:val="032D60"/>
          <w:sz w:val="19"/>
        </w:rPr>
        <w:t>Meu gestor está disponível quando preciso de orientação.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24. </w:t>
      </w:r>
      <w:r>
        <w:rPr>
          <w:rFonts w:ascii="Arial" w:hAnsi="Arial" w:eastAsia="Arial"/>
          <w:b/>
          <w:i w:val="0"/>
          <w:color w:val="032D60"/>
          <w:sz w:val="19"/>
        </w:rPr>
        <w:t>Sou reconhecido quando faço um bom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25. </w:t>
      </w:r>
      <w:r>
        <w:rPr>
          <w:rFonts w:ascii="Arial" w:hAnsi="Arial" w:eastAsia="Arial"/>
          <w:b/>
          <w:i w:val="0"/>
          <w:color w:val="032D60"/>
          <w:sz w:val="19"/>
        </w:rPr>
        <w:t>Meu gestor trata todos da equipe com o mesmo critério.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26. </w:t>
      </w:r>
      <w:r>
        <w:rPr>
          <w:rFonts w:ascii="Arial" w:hAnsi="Arial" w:eastAsia="Arial"/>
          <w:b/>
          <w:i w:val="0"/>
          <w:color w:val="032D60"/>
          <w:sz w:val="19"/>
        </w:rPr>
        <w:t>Confio nas decisões do meu gestor.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6: DESENVOLVIMENTO E CARREIRA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27. </w:t>
      </w:r>
      <w:r>
        <w:rPr>
          <w:rFonts w:ascii="Arial" w:hAnsi="Arial" w:eastAsia="Arial"/>
          <w:b/>
          <w:i w:val="0"/>
          <w:color w:val="032D60"/>
          <w:sz w:val="19"/>
        </w:rPr>
        <w:t>Recebi treinamento antes de assumir as tarefas que faço hoje.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28. </w:t>
      </w:r>
      <w:r>
        <w:rPr>
          <w:rFonts w:ascii="Arial" w:hAnsi="Arial" w:eastAsia="Arial"/>
          <w:b/>
          <w:i w:val="0"/>
          <w:color w:val="032D60"/>
          <w:sz w:val="19"/>
        </w:rPr>
        <w:t>Os treinamentos que faço são úteis no meu dia a dia.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29. </w:t>
      </w:r>
      <w:r>
        <w:rPr>
          <w:rFonts w:ascii="Arial" w:hAnsi="Arial" w:eastAsia="Arial"/>
          <w:b/>
          <w:i w:val="0"/>
          <w:color w:val="032D60"/>
          <w:sz w:val="19"/>
        </w:rPr>
        <w:t>Sei o que preciso fazer para crescer na empresa.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30. </w:t>
      </w:r>
      <w:r>
        <w:rPr>
          <w:rFonts w:ascii="Arial" w:hAnsi="Arial" w:eastAsia="Arial"/>
          <w:b/>
          <w:i w:val="0"/>
          <w:color w:val="032D60"/>
          <w:sz w:val="19"/>
        </w:rPr>
        <w:t>Vejo oportunidades reais de crescimento aqui.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7: A VISÃO DO GESTOR DA UNIDADE SOBRE A EMPRESA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só quem gerencia uma unidade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31. </w:t>
      </w:r>
      <w:r>
        <w:rPr>
          <w:rFonts w:ascii="Arial" w:hAnsi="Arial" w:eastAsia="Arial"/>
          <w:b/>
          <w:i w:val="0"/>
          <w:color w:val="032D60"/>
          <w:sz w:val="19"/>
        </w:rPr>
        <w:t>Em uma escala de 0 a 10, o quanto você recomendaria esta empresa a outro gestor como um lugar para gerenciar uma unidade?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397" w:hRule="atLeast"/>
        </w:trPr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2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4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5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6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7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8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9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10</w:t>
            </w:r>
          </w:p>
        </w:tc>
      </w:tr>
    </w:tbl>
    <w:p>
      <w:r>
        <w:rPr>
          <w:rFonts w:ascii="Arial" w:hAnsi="Arial" w:eastAsia="Arial"/>
          <w:b w:val="0"/>
          <w:i/>
          <w:color w:val="474747"/>
          <w:sz w:val="15"/>
        </w:rPr>
        <w:t>0 = nada provável     10 = muito provável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32. </w:t>
      </w:r>
      <w:r>
        <w:rPr>
          <w:rFonts w:ascii="Arial" w:hAnsi="Arial" w:eastAsia="Arial"/>
          <w:b/>
          <w:i w:val="0"/>
          <w:color w:val="032D60"/>
          <w:sz w:val="19"/>
        </w:rPr>
        <w:t>O que a matriz faz hoje que ela não deveria fazer?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33. </w:t>
      </w:r>
      <w:r>
        <w:rPr>
          <w:rFonts w:ascii="Arial" w:hAnsi="Arial" w:eastAsia="Arial"/>
          <w:b/>
          <w:i w:val="0"/>
          <w:color w:val="032D60"/>
          <w:sz w:val="19"/>
        </w:rPr>
        <w:t>Se a matriz pudesse mudar uma coisa para a sua unidade render mais, o que seria?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34. </w:t>
      </w:r>
      <w:r>
        <w:rPr>
          <w:rFonts w:ascii="Arial" w:hAnsi="Arial" w:eastAsia="Arial"/>
          <w:b/>
          <w:i w:val="0"/>
          <w:color w:val="032D60"/>
          <w:sz w:val="19"/>
        </w:rPr>
        <w:t>O que falta para a sua unidade cumprir o padrão todos os dias?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35. </w:t>
      </w:r>
      <w:r>
        <w:rPr>
          <w:rFonts w:ascii="Arial" w:hAnsi="Arial" w:eastAsia="Arial"/>
          <w:b/>
          <w:i w:val="0"/>
          <w:color w:val="032D60"/>
          <w:sz w:val="19"/>
        </w:rPr>
        <w:t>O supervisor ou consultor que atende minha unidade ajuda a resolver, e não só a apontar.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36. </w:t>
      </w:r>
      <w:r>
        <w:rPr>
          <w:rFonts w:ascii="Arial" w:hAnsi="Arial" w:eastAsia="Arial"/>
          <w:b/>
          <w:i w:val="0"/>
          <w:color w:val="032D60"/>
          <w:sz w:val="19"/>
        </w:rPr>
        <w:t>As ferramentas e os painéis que recebo ajudam a gerir a unidade.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8: FECHAMENTO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os dois públicos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37. </w:t>
      </w:r>
      <w:r>
        <w:rPr>
          <w:rFonts w:ascii="Arial" w:hAnsi="Arial" w:eastAsia="Arial"/>
          <w:b/>
          <w:i w:val="0"/>
          <w:color w:val="032D60"/>
          <w:sz w:val="19"/>
        </w:rPr>
        <w:t>De 0 a 10, quanto você acredita que esta pesquisa vai gerar alguma mudança?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397" w:hRule="atLeast"/>
        </w:trPr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2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4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5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6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7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8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9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10</w:t>
            </w:r>
          </w:p>
        </w:tc>
      </w:tr>
    </w:tbl>
    <w:p>
      <w:r>
        <w:rPr>
          <w:rFonts w:ascii="Arial" w:hAnsi="Arial" w:eastAsia="Arial"/>
          <w:b w:val="0"/>
          <w:i/>
          <w:color w:val="474747"/>
          <w:sz w:val="15"/>
        </w:rPr>
        <w:t>0 = nada provável     10 = muito provável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38. </w:t>
      </w:r>
      <w:r>
        <w:rPr>
          <w:rFonts w:ascii="Arial" w:hAnsi="Arial" w:eastAsia="Arial"/>
          <w:b/>
          <w:i w:val="0"/>
          <w:color w:val="032D60"/>
          <w:sz w:val="19"/>
        </w:rPr>
        <w:t>Quero ser procurado para conversar sobre as minhas respostas.</w:t>
      </w:r>
    </w:p>
    <w:p>
      <w:r>
        <w:rPr>
          <w:rFonts w:ascii="Arial" w:hAnsi="Arial" w:eastAsia="Arial"/>
          <w:b w:val="0"/>
          <w:i w:val="0"/>
          <w:color w:val="032D60"/>
          <w:sz w:val="18"/>
        </w:rPr>
        <w:t>☐ Sim     ☐ Não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39. </w:t>
      </w:r>
      <w:r>
        <w:rPr>
          <w:rFonts w:ascii="Arial" w:hAnsi="Arial" w:eastAsia="Arial"/>
          <w:b/>
          <w:i w:val="0"/>
          <w:color w:val="032D60"/>
          <w:sz w:val="19"/>
        </w:rPr>
        <w:t>Algo mais que você queira dizer?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40. </w:t>
      </w:r>
      <w:r>
        <w:rPr>
          <w:rFonts w:ascii="Arial" w:hAnsi="Arial" w:eastAsia="Arial"/>
          <w:b/>
          <w:i w:val="0"/>
          <w:color w:val="032D60"/>
          <w:sz w:val="19"/>
        </w:rPr>
        <w:t>Há quanto tempo você trabalha na empresa?</w:t>
      </w:r>
    </w:p>
    <w:p>
      <w:r>
        <w:rPr>
          <w:rFonts w:ascii="Arial" w:hAnsi="Arial" w:eastAsia="Arial"/>
          <w:b w:val="0"/>
          <w:i w:val="0"/>
          <w:color w:val="032D60"/>
          <w:sz w:val="18"/>
        </w:rPr>
        <w:t>☐ Menos de 6 meses     ☐ 6 meses a 2 anos     ☐ 2 a 5 anos     ☐ Mais de 5 anos</w:t>
      </w:r>
    </w:p>
    <w:p>
      <w:pPr>
        <w:spacing w:before="280"/>
      </w:pPr>
      <w:r>
        <w:rPr>
          <w:rFonts w:ascii="Arial" w:hAnsi="Arial" w:eastAsia="Arial"/>
          <w:b/>
          <w:i w:val="0"/>
          <w:color w:val="032D60"/>
          <w:sz w:val="18"/>
        </w:rPr>
        <w:t>Obrigado por responder. A devolutiva do resultado sai em até 30 dias.</w:t>
      </w:r>
    </w:p>
    <w:p>
      <w:pPr>
        <w:spacing w:before="200"/>
      </w:pPr>
      <w:r>
        <w:rPr>
          <w:rFonts w:ascii="Arial" w:hAnsi="Arial" w:eastAsia="Arial"/>
          <w:b w:val="0"/>
          <w:i/>
          <w:color w:val="474747"/>
          <w:sz w:val="15"/>
        </w:rPr>
        <w:t>Modelo de autoria da SULTS, gratuito e adaptável. Não é um instrumento validado por pesquisa acadêmica. Na escala de 1 a 5 das afirmações, 1 é discordo totalmente e 5 é concordo totalmente. Leia o resultado em grupos com número mínimo de respostas, para que nenhuma unidade pequena exponha uma pessoa.</w:t>
      </w:r>
    </w:p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PESQUISA DE SATISFAÇÃO DO CLIENTE</w:t>
      </w:r>
    </w:p>
    <w:p>
      <w:pPr>
        <w:spacing w:before="80" w:after="160"/>
      </w:pPr>
      <w:r>
        <w:rPr>
          <w:rFonts w:ascii="Arial" w:hAnsi="Arial" w:eastAsia="Arial"/>
          <w:b w:val="0"/>
          <w:i w:val="0"/>
          <w:color w:val="474747"/>
          <w:sz w:val="18"/>
        </w:rPr>
        <w:t>Sua opinião ajuda a melhorar o atendimento desta unidade. São 12 perguntas rápidas, e leva cerca de 3 minutos.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39"/>
        <w:gridCol w:w="3163"/>
        <w:gridCol w:w="1939"/>
        <w:gridCol w:w="3163"/>
      </w:tblGrid>
      <w:tr>
        <w:trPr>
          <w:trHeight w:val="397" w:hRule="atLeast"/>
        </w:trPr>
        <w:tc>
          <w:tcPr>
            <w:tcW w:type="dxa" w:w="1939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Unidade</w:t>
            </w:r>
          </w:p>
        </w:tc>
        <w:tc>
          <w:tcPr>
            <w:tcW w:type="dxa" w:w="3163"/>
          </w:tcPr>
          <w:p/>
        </w:tc>
        <w:tc>
          <w:tcPr>
            <w:tcW w:type="dxa" w:w="1939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Data</w:t>
            </w:r>
          </w:p>
        </w:tc>
        <w:tc>
          <w:tcPr>
            <w:tcW w:type="dxa" w:w="3163"/>
          </w:tcPr>
          <w:p/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SUA EXPERIÊNCIA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cliente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C1. </w:t>
      </w:r>
      <w:r>
        <w:rPr>
          <w:rFonts w:ascii="Arial" w:hAnsi="Arial" w:eastAsia="Arial"/>
          <w:b/>
          <w:i w:val="0"/>
          <w:color w:val="032D60"/>
          <w:sz w:val="19"/>
        </w:rPr>
        <w:t>Em qual unidade ou canal você foi atendido?</w:t>
      </w:r>
    </w:p>
    <w:p>
      <w:r>
        <w:rPr>
          <w:rFonts w:ascii="Arial" w:hAnsi="Arial" w:eastAsia="Arial"/>
          <w:b w:val="0"/>
          <w:i w:val="0"/>
          <w:color w:val="032D60"/>
          <w:sz w:val="18"/>
        </w:rPr>
        <w:t>☐ Unidade: ______________________     ☐ Site ou aplicativo     ☐ Telefone ou WhatsApp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C2. </w:t>
      </w:r>
      <w:r>
        <w:rPr>
          <w:rFonts w:ascii="Arial" w:hAnsi="Arial" w:eastAsia="Arial"/>
          <w:b/>
          <w:i w:val="0"/>
          <w:color w:val="032D60"/>
          <w:sz w:val="19"/>
        </w:rPr>
        <w:t>Em uma escala de 0 a 10, o quanto você recomendaria a nossa empresa a um amigo ou colega?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397" w:hRule="atLeast"/>
        </w:trPr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2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4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5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6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7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8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9</w:t>
            </w:r>
          </w:p>
        </w:tc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10</w:t>
            </w:r>
          </w:p>
        </w:tc>
      </w:tr>
    </w:tbl>
    <w:p>
      <w:r>
        <w:rPr>
          <w:rFonts w:ascii="Arial" w:hAnsi="Arial" w:eastAsia="Arial"/>
          <w:b w:val="0"/>
          <w:i/>
          <w:color w:val="474747"/>
          <w:sz w:val="15"/>
        </w:rPr>
        <w:t>0 = nada provável     10 = muito provável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C3. </w:t>
      </w:r>
      <w:r>
        <w:rPr>
          <w:rFonts w:ascii="Arial" w:hAnsi="Arial" w:eastAsia="Arial"/>
          <w:b/>
          <w:i w:val="0"/>
          <w:color w:val="032D60"/>
          <w:sz w:val="19"/>
        </w:rPr>
        <w:t>O que mais pesou na sua nota?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C4. </w:t>
      </w:r>
      <w:r>
        <w:rPr>
          <w:rFonts w:ascii="Arial" w:hAnsi="Arial" w:eastAsia="Arial"/>
          <w:b/>
          <w:i w:val="0"/>
          <w:color w:val="032D60"/>
          <w:sz w:val="19"/>
        </w:rPr>
        <w:t>No geral, qual o seu nível de satisfação com o atendimento de hoje?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Muito insatisfeito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Insatisfeito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satisfeito nem insatisfeito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Satisfeito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Muito satisfeito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C5. </w:t>
      </w:r>
      <w:r>
        <w:rPr>
          <w:rFonts w:ascii="Arial" w:hAnsi="Arial" w:eastAsia="Arial"/>
          <w:b/>
          <w:i w:val="0"/>
          <w:color w:val="032D60"/>
          <w:sz w:val="19"/>
        </w:rPr>
        <w:t>Foi fácil resolver o que você veio resolver?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Muito difícil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Difícil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fácil nem difícil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Fácil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Muito fácil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C6. </w:t>
      </w:r>
      <w:r>
        <w:rPr>
          <w:rFonts w:ascii="Arial" w:hAnsi="Arial" w:eastAsia="Arial"/>
          <w:b/>
          <w:i w:val="0"/>
          <w:color w:val="032D60"/>
          <w:sz w:val="19"/>
        </w:rPr>
        <w:t>Fui atendido com atenção e cordialidade.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C7. </w:t>
      </w:r>
      <w:r>
        <w:rPr>
          <w:rFonts w:ascii="Arial" w:hAnsi="Arial" w:eastAsia="Arial"/>
          <w:b/>
          <w:i w:val="0"/>
          <w:color w:val="032D60"/>
          <w:sz w:val="19"/>
        </w:rPr>
        <w:t>A pessoa que me atendeu soube responder às minhas dúvidas.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C8. </w:t>
      </w:r>
      <w:r>
        <w:rPr>
          <w:rFonts w:ascii="Arial" w:hAnsi="Arial" w:eastAsia="Arial"/>
          <w:b/>
          <w:i w:val="0"/>
          <w:color w:val="032D60"/>
          <w:sz w:val="19"/>
        </w:rPr>
        <w:t>O tempo de espera foi adequado.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C9. </w:t>
      </w:r>
      <w:r>
        <w:rPr>
          <w:rFonts w:ascii="Arial" w:hAnsi="Arial" w:eastAsia="Arial"/>
          <w:b/>
          <w:i w:val="0"/>
          <w:color w:val="032D60"/>
          <w:sz w:val="19"/>
        </w:rPr>
        <w:t>O produto ou serviço correspondeu ao que eu esperava.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C10. </w:t>
      </w:r>
      <w:r>
        <w:rPr>
          <w:rFonts w:ascii="Arial" w:hAnsi="Arial" w:eastAsia="Arial"/>
          <w:b/>
          <w:i w:val="0"/>
          <w:color w:val="032D60"/>
          <w:sz w:val="19"/>
        </w:rPr>
        <w:t>O ambiente estava limpo, organizado e fácil de usar.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C11. </w:t>
      </w:r>
      <w:r>
        <w:rPr>
          <w:rFonts w:ascii="Arial" w:hAnsi="Arial" w:eastAsia="Arial"/>
          <w:b/>
          <w:i w:val="0"/>
          <w:color w:val="032D60"/>
          <w:sz w:val="19"/>
        </w:rPr>
        <w:t>Você voltaria a comprar ou contratar conosco?</w:t>
      </w:r>
    </w:p>
    <w:p>
      <w:r>
        <w:rPr>
          <w:rFonts w:ascii="Arial" w:hAnsi="Arial" w:eastAsia="Arial"/>
          <w:b w:val="0"/>
          <w:i w:val="0"/>
          <w:color w:val="032D60"/>
          <w:sz w:val="18"/>
        </w:rPr>
        <w:t>☐ Sim     ☐ Talvez     ☐ Não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C12. </w:t>
      </w:r>
      <w:r>
        <w:rPr>
          <w:rFonts w:ascii="Arial" w:hAnsi="Arial" w:eastAsia="Arial"/>
          <w:b/>
          <w:i w:val="0"/>
          <w:color w:val="032D60"/>
          <w:sz w:val="19"/>
        </w:rPr>
        <w:t>O que poderíamos fazer melhor na sua próxima visita?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280"/>
      </w:pPr>
      <w:r>
        <w:rPr>
          <w:rFonts w:ascii="Arial" w:hAnsi="Arial" w:eastAsia="Arial"/>
          <w:b/>
          <w:i w:val="0"/>
          <w:color w:val="032D60"/>
          <w:sz w:val="18"/>
        </w:rPr>
        <w:t>Obrigado pela sua opinião.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680" w:left="850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474747"/>
        <w:sz w:val="14"/>
      </w:rPr>
      <w:t>Modelo gratuito da SULTS: https://www.sults.com.br/produtos/nps/modelo-de-pesquisa-de-satisfacao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i w:val="0"/>
        <w:color w:val="00ACAC"/>
        <w:sz w:val="16"/>
      </w:rPr>
      <w:t>Modelo de pesquisa de satisfação | SULTS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pesquisa de satisfação</dc:title>
  <dc:subject/>
  <dc:creator>SULTS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