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Arial"/>
          <w:b/>
          <w:i w:val="0"/>
          <w:color w:val="032D60"/>
          <w:sz w:val="28"/>
        </w:rPr>
        <w:t>PESQUISA DE CLIMA ORGANIZACIONAL</w:t>
      </w:r>
    </w:p>
    <w:p>
      <w:pPr>
        <w:spacing w:before="80" w:after="160"/>
      </w:pPr>
      <w:r>
        <w:rPr>
          <w:rFonts w:ascii="Arial" w:hAnsi="Arial" w:eastAsia="Arial"/>
          <w:b w:val="0"/>
          <w:i w:val="0"/>
          <w:color w:val="474747"/>
          <w:sz w:val="18"/>
        </w:rPr>
        <w:t>Queremos saber como é trabalhar aqui. Responda com sinceridade: o resultado é lido por grupo, nunca pela resposta de uma pessoa, e o que for dito vira devolutiva e ação. Leva de 8 a 12 minutos.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969"/>
        <w:gridCol w:w="1582"/>
        <w:gridCol w:w="969"/>
        <w:gridCol w:w="1582"/>
        <w:gridCol w:w="969"/>
        <w:gridCol w:w="1582"/>
        <w:gridCol w:w="969"/>
        <w:gridCol w:w="1582"/>
      </w:tblGrid>
      <w:tr>
        <w:trPr>
          <w:trHeight w:val="397" w:hRule="atLeast"/>
        </w:trPr>
        <w:tc>
          <w:tcPr>
            <w:tcW w:type="dxa" w:w="969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Unidade</w:t>
            </w:r>
          </w:p>
        </w:tc>
        <w:tc>
          <w:tcPr>
            <w:tcW w:type="dxa" w:w="1582"/>
          </w:tcPr>
          <w:p/>
        </w:tc>
        <w:tc>
          <w:tcPr>
            <w:tcW w:type="dxa" w:w="969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Área</w:t>
            </w:r>
          </w:p>
        </w:tc>
        <w:tc>
          <w:tcPr>
            <w:tcW w:type="dxa" w:w="1582"/>
          </w:tcPr>
          <w:p/>
        </w:tc>
        <w:tc>
          <w:tcPr>
            <w:tcW w:type="dxa" w:w="969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Cargo</w:t>
            </w:r>
          </w:p>
        </w:tc>
        <w:tc>
          <w:tcPr>
            <w:tcW w:type="dxa" w:w="1582"/>
          </w:tcPr>
          <w:p/>
        </w:tc>
        <w:tc>
          <w:tcPr>
            <w:tcW w:type="dxa" w:w="969"/>
            <w:shd w:val="clear" w:color="auto" w:fill="E6F6F6"/>
            <w:vAlign w:val="center"/>
          </w:tcPr>
          <w:p>
            <w:r>
              <w:rPr>
                <w:rFonts w:ascii="Arial" w:hAnsi="Arial" w:eastAsia="Arial"/>
                <w:b/>
                <w:i w:val="0"/>
                <w:color w:val="032D60"/>
                <w:sz w:val="16"/>
              </w:rPr>
              <w:t>Tempo de casa</w:t>
            </w:r>
          </w:p>
        </w:tc>
        <w:tc>
          <w:tcPr>
            <w:tcW w:type="dxa" w:w="1582"/>
          </w:tcPr>
          <w:p/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1: LIDERANÇA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1. </w:t>
      </w:r>
      <w:r>
        <w:rPr>
          <w:rFonts w:ascii="Arial" w:hAnsi="Arial" w:eastAsia="Arial"/>
          <w:b/>
          <w:i w:val="0"/>
          <w:color w:val="032D60"/>
          <w:sz w:val="19"/>
        </w:rPr>
        <w:t>Meu gestor dá retorno claro sobre o meu trabalho.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2. </w:t>
      </w:r>
      <w:r>
        <w:rPr>
          <w:rFonts w:ascii="Arial" w:hAnsi="Arial" w:eastAsia="Arial"/>
          <w:b/>
          <w:i w:val="0"/>
          <w:color w:val="032D60"/>
          <w:sz w:val="19"/>
        </w:rPr>
        <w:t>Meu gestor está disponível quando preciso de orientação.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3. </w:t>
      </w:r>
      <w:r>
        <w:rPr>
          <w:rFonts w:ascii="Arial" w:hAnsi="Arial" w:eastAsia="Arial"/>
          <w:b/>
          <w:i w:val="0"/>
          <w:color w:val="032D60"/>
          <w:sz w:val="19"/>
        </w:rPr>
        <w:t>As decisões do meu gestor são coerentes com o que ele diz.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4. </w:t>
      </w:r>
      <w:r>
        <w:rPr>
          <w:rFonts w:ascii="Arial" w:hAnsi="Arial" w:eastAsia="Arial"/>
          <w:b/>
          <w:i w:val="0"/>
          <w:color w:val="032D60"/>
          <w:sz w:val="19"/>
        </w:rPr>
        <w:t>Confio na capacidade do meu gestor de conduzir a equipe.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2: COMUNICAÇÃO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5. </w:t>
      </w:r>
      <w:r>
        <w:rPr>
          <w:rFonts w:ascii="Arial" w:hAnsi="Arial" w:eastAsia="Arial"/>
          <w:b/>
          <w:i w:val="0"/>
          <w:color w:val="032D60"/>
          <w:sz w:val="19"/>
        </w:rPr>
        <w:t>Sei o que a empresa espera de mim.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6. </w:t>
      </w:r>
      <w:r>
        <w:rPr>
          <w:rFonts w:ascii="Arial" w:hAnsi="Arial" w:eastAsia="Arial"/>
          <w:b/>
          <w:i w:val="0"/>
          <w:color w:val="032D60"/>
          <w:sz w:val="19"/>
        </w:rPr>
        <w:t>Fico sabendo das decisões que afetam o meu trabalho antes de elas acontecerem.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7. </w:t>
      </w:r>
      <w:r>
        <w:rPr>
          <w:rFonts w:ascii="Arial" w:hAnsi="Arial" w:eastAsia="Arial"/>
          <w:b/>
          <w:i w:val="0"/>
          <w:color w:val="032D60"/>
          <w:sz w:val="19"/>
        </w:rPr>
        <w:t>As informações que recebo são suficientes para fazer bem o meu trabalho.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8. </w:t>
      </w:r>
      <w:r>
        <w:rPr>
          <w:rFonts w:ascii="Arial" w:hAnsi="Arial" w:eastAsia="Arial"/>
          <w:b/>
          <w:i w:val="0"/>
          <w:color w:val="032D60"/>
          <w:sz w:val="19"/>
        </w:rPr>
        <w:t>Consigo dizer o que penso sem receio.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3: RECONHECIMENTO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9. </w:t>
      </w:r>
      <w:r>
        <w:rPr>
          <w:rFonts w:ascii="Arial" w:hAnsi="Arial" w:eastAsia="Arial"/>
          <w:b/>
          <w:i w:val="0"/>
          <w:color w:val="032D60"/>
          <w:sz w:val="19"/>
        </w:rPr>
        <w:t>Meu trabalho é reconhecido quando faço algo bem feito.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10. </w:t>
      </w:r>
      <w:r>
        <w:rPr>
          <w:rFonts w:ascii="Arial" w:hAnsi="Arial" w:eastAsia="Arial"/>
          <w:b/>
          <w:i w:val="0"/>
          <w:color w:val="032D60"/>
          <w:sz w:val="19"/>
        </w:rPr>
        <w:t>O reconhecimento aqui é justo entre as pessoas.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11. </w:t>
      </w:r>
      <w:r>
        <w:rPr>
          <w:rFonts w:ascii="Arial" w:hAnsi="Arial" w:eastAsia="Arial"/>
          <w:b/>
          <w:i w:val="0"/>
          <w:color w:val="032D60"/>
          <w:sz w:val="19"/>
        </w:rPr>
        <w:t>Recebo elogio com a mesma frequência com que recebo cobrança.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12. </w:t>
      </w:r>
      <w:r>
        <w:rPr>
          <w:rFonts w:ascii="Arial" w:hAnsi="Arial" w:eastAsia="Arial"/>
          <w:b/>
          <w:i w:val="0"/>
          <w:color w:val="032D60"/>
          <w:sz w:val="19"/>
        </w:rPr>
        <w:t>Sinto que o meu esforço faz diferença para a equipe.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4: DESENVOLVIMENTO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13. </w:t>
      </w:r>
      <w:r>
        <w:rPr>
          <w:rFonts w:ascii="Arial" w:hAnsi="Arial" w:eastAsia="Arial"/>
          <w:b/>
          <w:i w:val="0"/>
          <w:color w:val="032D60"/>
          <w:sz w:val="19"/>
        </w:rPr>
        <w:t>Tenho oportunidade de aprender coisas novas no meu trabalho.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14. </w:t>
      </w:r>
      <w:r>
        <w:rPr>
          <w:rFonts w:ascii="Arial" w:hAnsi="Arial" w:eastAsia="Arial"/>
          <w:b/>
          <w:i w:val="0"/>
          <w:color w:val="032D60"/>
          <w:sz w:val="19"/>
        </w:rPr>
        <w:t>Recebi o treinamento de que precisava para a minha função.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15. </w:t>
      </w:r>
      <w:r>
        <w:rPr>
          <w:rFonts w:ascii="Arial" w:hAnsi="Arial" w:eastAsia="Arial"/>
          <w:b/>
          <w:i w:val="0"/>
          <w:color w:val="032D60"/>
          <w:sz w:val="19"/>
        </w:rPr>
        <w:t>Vejo possibilidade de crescer nesta empresa.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16. </w:t>
      </w:r>
      <w:r>
        <w:rPr>
          <w:rFonts w:ascii="Arial" w:hAnsi="Arial" w:eastAsia="Arial"/>
          <w:b/>
          <w:i w:val="0"/>
          <w:color w:val="032D60"/>
          <w:sz w:val="19"/>
        </w:rPr>
        <w:t>Meu gestor conversa comigo sobre o meu desenvolvimento.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5: CONDIÇÕES DE TRABALHO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17. </w:t>
      </w:r>
      <w:r>
        <w:rPr>
          <w:rFonts w:ascii="Arial" w:hAnsi="Arial" w:eastAsia="Arial"/>
          <w:b/>
          <w:i w:val="0"/>
          <w:color w:val="032D60"/>
          <w:sz w:val="19"/>
        </w:rPr>
        <w:t>Tenho os equipamentos e as ferramentas de que preciso para trabalhar bem.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18. </w:t>
      </w:r>
      <w:r>
        <w:rPr>
          <w:rFonts w:ascii="Arial" w:hAnsi="Arial" w:eastAsia="Arial"/>
          <w:b/>
          <w:i w:val="0"/>
          <w:color w:val="032D60"/>
          <w:sz w:val="19"/>
        </w:rPr>
        <w:t>Meu ambiente de trabalho é seguro.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19. </w:t>
      </w:r>
      <w:r>
        <w:rPr>
          <w:rFonts w:ascii="Arial" w:hAnsi="Arial" w:eastAsia="Arial"/>
          <w:b/>
          <w:i w:val="0"/>
          <w:color w:val="032D60"/>
          <w:sz w:val="19"/>
        </w:rPr>
        <w:t>Os processos que sigo fazem sentido e me ajudam a entregar.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20. </w:t>
      </w:r>
      <w:r>
        <w:rPr>
          <w:rFonts w:ascii="Arial" w:hAnsi="Arial" w:eastAsia="Arial"/>
          <w:b/>
          <w:i w:val="0"/>
          <w:color w:val="032D60"/>
          <w:sz w:val="19"/>
        </w:rPr>
        <w:t>Consigo resolver os problemas do dia a dia sem depender de muita gente.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6: RELACIONAMENTO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21. </w:t>
      </w:r>
      <w:r>
        <w:rPr>
          <w:rFonts w:ascii="Arial" w:hAnsi="Arial" w:eastAsia="Arial"/>
          <w:b/>
          <w:i w:val="0"/>
          <w:color w:val="032D60"/>
          <w:sz w:val="19"/>
        </w:rPr>
        <w:t>Posso contar com os colegas da minha equipe.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22. </w:t>
      </w:r>
      <w:r>
        <w:rPr>
          <w:rFonts w:ascii="Arial" w:hAnsi="Arial" w:eastAsia="Arial"/>
          <w:b/>
          <w:i w:val="0"/>
          <w:color w:val="032D60"/>
          <w:sz w:val="19"/>
        </w:rPr>
        <w:t>As pessoas aqui se tratam com respeito.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23. </w:t>
      </w:r>
      <w:r>
        <w:rPr>
          <w:rFonts w:ascii="Arial" w:hAnsi="Arial" w:eastAsia="Arial"/>
          <w:b/>
          <w:i w:val="0"/>
          <w:color w:val="032D60"/>
          <w:sz w:val="19"/>
        </w:rPr>
        <w:t>Conflitos são resolvidos de forma justa.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24. </w:t>
      </w:r>
      <w:r>
        <w:rPr>
          <w:rFonts w:ascii="Arial" w:hAnsi="Arial" w:eastAsia="Arial"/>
          <w:b/>
          <w:i w:val="0"/>
          <w:color w:val="032D60"/>
          <w:sz w:val="19"/>
        </w:rPr>
        <w:t>Sinto que faço parte de um time, e não só de um quadro de funcionários.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7: REMUNERAÇÃO E BENEFÍCIOS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25. </w:t>
      </w:r>
      <w:r>
        <w:rPr>
          <w:rFonts w:ascii="Arial" w:hAnsi="Arial" w:eastAsia="Arial"/>
          <w:b/>
          <w:i w:val="0"/>
          <w:color w:val="032D60"/>
          <w:sz w:val="19"/>
        </w:rPr>
        <w:t>Minha remuneração é compatível com o que faço.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26. </w:t>
      </w:r>
      <w:r>
        <w:rPr>
          <w:rFonts w:ascii="Arial" w:hAnsi="Arial" w:eastAsia="Arial"/>
          <w:b/>
          <w:i w:val="0"/>
          <w:color w:val="032D60"/>
          <w:sz w:val="19"/>
        </w:rPr>
        <w:t>Entendo como o meu salário e os meus benefícios são definidos.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27. </w:t>
      </w:r>
      <w:r>
        <w:rPr>
          <w:rFonts w:ascii="Arial" w:hAnsi="Arial" w:eastAsia="Arial"/>
          <w:b/>
          <w:i w:val="0"/>
          <w:color w:val="032D60"/>
          <w:sz w:val="19"/>
        </w:rPr>
        <w:t>Os benefícios que recebo fazem diferença na minha vida.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28. </w:t>
      </w:r>
      <w:r>
        <w:rPr>
          <w:rFonts w:ascii="Arial" w:hAnsi="Arial" w:eastAsia="Arial"/>
          <w:b/>
          <w:i w:val="0"/>
          <w:color w:val="032D60"/>
          <w:sz w:val="19"/>
        </w:rPr>
        <w:t>Considero a remuneração aqui justa em comparação com empresas parecidas.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8: PERTENCIMENTO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29. </w:t>
      </w:r>
      <w:r>
        <w:rPr>
          <w:rFonts w:ascii="Arial" w:hAnsi="Arial" w:eastAsia="Arial"/>
          <w:b/>
          <w:i w:val="0"/>
          <w:color w:val="032D60"/>
          <w:sz w:val="19"/>
        </w:rPr>
        <w:t>Tenho orgulho de dizer onde trabalho.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30. </w:t>
      </w:r>
      <w:r>
        <w:rPr>
          <w:rFonts w:ascii="Arial" w:hAnsi="Arial" w:eastAsia="Arial"/>
          <w:b/>
          <w:i w:val="0"/>
          <w:color w:val="032D60"/>
          <w:sz w:val="19"/>
        </w:rPr>
        <w:t>Os valores da empresa aparecem no dia a dia, e não só no discurso.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31. </w:t>
      </w:r>
      <w:r>
        <w:rPr>
          <w:rFonts w:ascii="Arial" w:hAnsi="Arial" w:eastAsia="Arial"/>
          <w:b/>
          <w:i w:val="0"/>
          <w:color w:val="032D60"/>
          <w:sz w:val="19"/>
        </w:rPr>
        <w:t>Sinto que a empresa se importa comigo como pessoa.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32. </w:t>
      </w:r>
      <w:r>
        <w:rPr>
          <w:rFonts w:ascii="Arial" w:hAnsi="Arial" w:eastAsia="Arial"/>
          <w:b/>
          <w:i w:val="0"/>
          <w:color w:val="032D60"/>
          <w:sz w:val="19"/>
        </w:rPr>
        <w:t>Meu trabalho tem um propósito claro para mim.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9: CARGA DE TRABALHO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33. </w:t>
      </w:r>
      <w:r>
        <w:rPr>
          <w:rFonts w:ascii="Arial" w:hAnsi="Arial" w:eastAsia="Arial"/>
          <w:b/>
          <w:i w:val="0"/>
          <w:color w:val="032D60"/>
          <w:sz w:val="19"/>
        </w:rPr>
        <w:t>Consigo fazer o meu trabalho dentro da jornada prevista.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34. </w:t>
      </w:r>
      <w:r>
        <w:rPr>
          <w:rFonts w:ascii="Arial" w:hAnsi="Arial" w:eastAsia="Arial"/>
          <w:b/>
          <w:i w:val="0"/>
          <w:color w:val="032D60"/>
          <w:sz w:val="19"/>
        </w:rPr>
        <w:t>O volume de trabalho é distribuído de forma equilibrada na equipe.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35. </w:t>
      </w:r>
      <w:r>
        <w:rPr>
          <w:rFonts w:ascii="Arial" w:hAnsi="Arial" w:eastAsia="Arial"/>
          <w:b/>
          <w:i w:val="0"/>
          <w:color w:val="032D60"/>
          <w:sz w:val="19"/>
        </w:rPr>
        <w:t>Tenho tempo para fazer o trabalho com qualidade.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36. </w:t>
      </w:r>
      <w:r>
        <w:rPr>
          <w:rFonts w:ascii="Arial" w:hAnsi="Arial" w:eastAsia="Arial"/>
          <w:b/>
          <w:i w:val="0"/>
          <w:color w:val="032D60"/>
          <w:sz w:val="19"/>
        </w:rPr>
        <w:t>Consigo me desligar do trabalho fora do expediente.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10: ENGAJAMENTO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37. </w:t>
      </w:r>
      <w:r>
        <w:rPr>
          <w:rFonts w:ascii="Arial" w:hAnsi="Arial" w:eastAsia="Arial"/>
          <w:b/>
          <w:i w:val="0"/>
          <w:color w:val="032D60"/>
          <w:sz w:val="19"/>
        </w:rPr>
        <w:t>Recomendaria esta empresa como um bom lugar para trabalhar.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38. </w:t>
      </w:r>
      <w:r>
        <w:rPr>
          <w:rFonts w:ascii="Arial" w:hAnsi="Arial" w:eastAsia="Arial"/>
          <w:b/>
          <w:i w:val="0"/>
          <w:color w:val="032D60"/>
          <w:sz w:val="19"/>
        </w:rPr>
        <w:t>Pretendo continuar nesta empresa nos próximos dois anos.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39. </w:t>
      </w:r>
      <w:r>
        <w:rPr>
          <w:rFonts w:ascii="Arial" w:hAnsi="Arial" w:eastAsia="Arial"/>
          <w:b/>
          <w:i w:val="0"/>
          <w:color w:val="032D60"/>
          <w:sz w:val="19"/>
        </w:rPr>
        <w:t>Faço mais do que o mínimo porque quero, e não porque preciso.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40. </w:t>
      </w:r>
      <w:r>
        <w:rPr>
          <w:rFonts w:ascii="Arial" w:hAnsi="Arial" w:eastAsia="Arial"/>
          <w:b/>
          <w:i w:val="0"/>
          <w:color w:val="032D60"/>
          <w:sz w:val="19"/>
        </w:rPr>
        <w:t>O que faço aqui contribui para algo em que acredito.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color="9AA7B4"/>
          <w:left w:val="single" w:sz="4" w:color="9AA7B4"/>
          <w:bottom w:val="single" w:sz="4" w:color="9AA7B4"/>
          <w:right w:val="single" w:sz="4" w:color="9AA7B4"/>
          <w:insideH w:val="single" w:sz="4" w:color="9AA7B4"/>
          <w:insideV w:val="single" w:sz="4" w:color="9AA7B4"/>
        </w:tblBorders>
        <w:tblLayout w:type="fixed"/>
      </w:tblPr>
      <w:tblGrid>
        <w:gridCol w:w="2041"/>
        <w:gridCol w:w="2041"/>
        <w:gridCol w:w="2041"/>
        <w:gridCol w:w="2041"/>
        <w:gridCol w:w="2041"/>
      </w:tblGrid>
      <w:tr>
        <w:trPr>
          <w:trHeight w:val="510" w:hRule="atLeast"/>
        </w:trP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1 Discordo totalmente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2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3 Nem concordo nem discordo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4 Concordo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32D60"/>
                <w:sz w:val="15"/>
              </w:rPr>
              <w:t>5 Concordo totalmente</w:t>
            </w:r>
          </w:p>
        </w:tc>
      </w:tr>
    </w:tbl>
    <w:p>
      <w:pPr>
        <w:keepNext/>
        <w:spacing w:before="280" w:after="40"/>
      </w:pPr>
      <w:r>
        <w:rPr>
          <w:rFonts w:ascii="Arial" w:hAnsi="Arial" w:eastAsia="Arial"/>
          <w:b/>
          <w:i w:val="0"/>
          <w:color w:val="00ACAC"/>
          <w:sz w:val="21"/>
        </w:rPr>
        <w:t>BLOCO 11: PERGUNTAS ABERTAS</w:t>
      </w:r>
    </w:p>
    <w:p>
      <w:pPr>
        <w:keepNext/>
        <w:spacing w:after="80"/>
      </w:pPr>
      <w:r>
        <w:rPr>
          <w:rFonts w:ascii="Arial" w:hAnsi="Arial" w:eastAsia="Arial"/>
          <w:b w:val="0"/>
          <w:i/>
          <w:color w:val="474747"/>
          <w:sz w:val="16"/>
        </w:rPr>
        <w:t>Responde: toda a equipe, opcionais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41. </w:t>
      </w:r>
      <w:r>
        <w:rPr>
          <w:rFonts w:ascii="Arial" w:hAnsi="Arial" w:eastAsia="Arial"/>
          <w:b/>
          <w:i w:val="0"/>
          <w:color w:val="032D60"/>
          <w:sz w:val="19"/>
        </w:rPr>
        <w:t>O que a empresa faz hoje que ela não deveria deixar de fazer?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42. </w:t>
      </w:r>
      <w:r>
        <w:rPr>
          <w:rFonts w:ascii="Arial" w:hAnsi="Arial" w:eastAsia="Arial"/>
          <w:b/>
          <w:i w:val="0"/>
          <w:color w:val="032D60"/>
          <w:sz w:val="19"/>
        </w:rPr>
        <w:t>Se você pudesse mudar uma coisa primeiro, qual seria?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keepNext/>
        <w:spacing w:before="140" w:after="60"/>
      </w:pPr>
      <w:r>
        <w:rPr>
          <w:rFonts w:ascii="Arial" w:hAnsi="Arial" w:eastAsia="Arial"/>
          <w:b/>
          <w:i w:val="0"/>
          <w:color w:val="00ACAC"/>
          <w:sz w:val="19"/>
        </w:rPr>
        <w:t xml:space="preserve">43. </w:t>
      </w:r>
      <w:r>
        <w:rPr>
          <w:rFonts w:ascii="Arial" w:hAnsi="Arial" w:eastAsia="Arial"/>
          <w:b/>
          <w:i w:val="0"/>
          <w:color w:val="032D60"/>
          <w:sz w:val="19"/>
        </w:rPr>
        <w:t>O que falta para o seu trabalho render mais?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160"/>
      </w:pPr>
      <w:r>
        <w:rPr>
          <w:rFonts w:ascii="Arial" w:hAnsi="Arial" w:eastAsia="Arial"/>
          <w:b w:val="0"/>
          <w:i w:val="0"/>
          <w:color w:val="9AA7B4"/>
          <w:sz w:val="18"/>
        </w:rPr>
        <w:t>__________________________________________________________________________________________________</w:t>
      </w:r>
    </w:p>
    <w:p>
      <w:pPr>
        <w:spacing w:before="280"/>
      </w:pPr>
      <w:r>
        <w:rPr>
          <w:rFonts w:ascii="Arial" w:hAnsi="Arial" w:eastAsia="Arial"/>
          <w:b/>
          <w:i w:val="0"/>
          <w:color w:val="032D60"/>
          <w:sz w:val="18"/>
        </w:rPr>
        <w:t>Obrigado por responder. A devolutiva do resultado sai em até 30 dias.</w:t>
      </w:r>
    </w:p>
    <w:p>
      <w:pPr>
        <w:spacing w:before="200"/>
      </w:pPr>
      <w:r>
        <w:rPr>
          <w:rFonts w:ascii="Arial" w:hAnsi="Arial" w:eastAsia="Arial"/>
          <w:b w:val="0"/>
          <w:i/>
          <w:color w:val="474747"/>
          <w:sz w:val="15"/>
        </w:rPr>
        <w:t>Modelo de autoria da SULTS, gratuito e adaptável. Não é um instrumento validado por pesquisa acadêmica. Na escala de 1 a 5, 1 é discordo totalmente e 5 é concordo totalmente. Leia o resultado em grupos com no mínimo cinco respostas, para que nenhuma unidade pequena exponha uma pessoa.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680" w:left="850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i w:val="0"/>
        <w:color w:val="474747"/>
        <w:sz w:val="14"/>
      </w:rPr>
      <w:t>Modelo gratuito da SULTS: https://www.sults.com.br/produtos/enquete/modelo-de-pesquisa-de-clima-organizacional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i w:val="0"/>
        <w:color w:val="00ACAC"/>
        <w:sz w:val="16"/>
      </w:rPr>
      <w:t>Modelo de pesquisa de clima organizacional | SULTS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pesquisa de clima organizacional</dc:title>
  <dc:subject/>
  <dc:creator>SULTS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